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בסיסיות שקשורות לקניות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מושגים כמו מטבע ושטר, זול ויקר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החדשות במשפטים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(כסף עגול וקטן)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(כסף עשוי מנייר)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(משתמשים בה כדי לשים קניות)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שקל הוא המטבע הרשמי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משמעות המילה מבצע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שמשתמש במילה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שמשתמש במילה 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עשוי ממתכת, שטר עשוי מנייר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הכסף שמחזירים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שמשתמש נכון במילה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הכרטיסים מהדף ולבקש מהתלמידים לחזור על כל מילה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בזוגות: תלמיד אחד קונה ותלמיד שני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להשמיט את הפריטים המסומנים כ-skip_n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שרואים ושומעים כשקונים בחנות, כמו כסף, מחיר, תור ותשלום.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מזומן  ·  תור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לכסף העגול הקטן?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משלמים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בעגלה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בקופה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כסף עשוי מנייר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משתמשים בה כדי לשים קניות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עגלה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כסף עגול וקטן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כשקונים משהו צריך לשלם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שמשלמים עומדים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שקל הוא הכסף שמשתמשים בו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מבצע זה כשהמחיר יורד לזמן 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מחיר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עם המילה קופה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מטבע לשטר?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בחנות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