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בסיסיות שקשורות לקניות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מושגים כמו מטבע ושטר, זול ויקר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הורדת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(כסף עגול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(כסף עשוי מנייר)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(משתמשים בה כדי לשים קניות)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לתשלום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(נייר שמראה מה קנינו)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שקל הוא המטבע הרשמי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מטבע עשוי ממתכת, שטר עשוי מנייר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משמעות המילה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שמשתמש במילה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שמשתמש במילה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 זה עולה?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 הגיונית שמשלבת מילים כמו מחיר, עודף, תודה רבה, מזומן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עשוי ממתכת, שטר עשוי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שמחזירים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שמשתמש נכון במילה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הכרטיסים מהדף ולבקש מהתלמידים לחזור על כל מילה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בזוגות: תלמיד אחד קונה ותלמיד שני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שרואים ושומעים כשקונים בחנות, כמו כסף, מחיר, תור ותשלום.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לכסף העגול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שמחזירים אחרי התשלום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משלמים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מהמילה 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כשרוצים לדעת כמה עולה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תוספת למחיר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הורדת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תור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לתשלום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נייר שמראה מה קנינו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עגלה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עשוי מנייר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עגול וקטן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משתמשים בה כדי לשים קניות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כשקונים משהו צריך לשלם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זה הכסף שמחזירים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__________ המחיר יורד לזמן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שמשלמים עומדים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הקנייה מקבלים __________ שמראה מה קנינו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שקל הוא הכסף שמשתמשים בו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עשוי מנייר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זה כשהמחיר יורד לזמן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זול ויקר הם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מחיר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איך שואלים מוכר כמה עולה מוצר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בין קונה למוכר בחנות, ונסו להשתמש בלפחות חמש מילים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מבצע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